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7833D" w14:textId="7BD093F7" w:rsidR="002678C9" w:rsidRPr="002678C9" w:rsidRDefault="002678C9" w:rsidP="002678C9">
      <w:pPr>
        <w:pStyle w:val="KonuBal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Hitit</w:t>
      </w:r>
      <w:proofErr w:type="spellEnd"/>
      <w:r w:rsidRPr="002678C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Üniversitesi</w:t>
      </w:r>
      <w:proofErr w:type="spellEnd"/>
    </w:p>
    <w:p w14:paraId="2294DBEA" w14:textId="0BC95282" w:rsidR="002678C9" w:rsidRPr="002678C9" w:rsidRDefault="002678C9" w:rsidP="002678C9">
      <w:pPr>
        <w:pStyle w:val="KonuBal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İnsan</w:t>
      </w:r>
      <w:proofErr w:type="spellEnd"/>
      <w:r w:rsidRPr="002678C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ve</w:t>
      </w:r>
      <w:proofErr w:type="spellEnd"/>
      <w:r w:rsidRPr="002678C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Toplum</w:t>
      </w:r>
      <w:proofErr w:type="spellEnd"/>
      <w:r w:rsidRPr="002678C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Bilimleri</w:t>
      </w:r>
      <w:proofErr w:type="spellEnd"/>
      <w:r w:rsidRPr="002678C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Fakültesi</w:t>
      </w:r>
      <w:proofErr w:type="spellEnd"/>
    </w:p>
    <w:p w14:paraId="0499484A" w14:textId="456F0EBB" w:rsidR="002678C9" w:rsidRPr="002678C9" w:rsidRDefault="002678C9" w:rsidP="002678C9">
      <w:pPr>
        <w:pStyle w:val="KonuBal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678C9">
        <w:rPr>
          <w:rFonts w:ascii="Times New Roman" w:hAnsi="Times New Roman" w:cs="Times New Roman"/>
          <w:color w:val="auto"/>
          <w:sz w:val="28"/>
          <w:szCs w:val="28"/>
        </w:rPr>
        <w:t>Tarih Bölümü</w:t>
      </w:r>
    </w:p>
    <w:p w14:paraId="7BF9E589" w14:textId="5094FD0A" w:rsidR="002678C9" w:rsidRPr="002678C9" w:rsidRDefault="002678C9" w:rsidP="002678C9">
      <w:pPr>
        <w:pStyle w:val="KonuBal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Araştırma</w:t>
      </w:r>
      <w:proofErr w:type="spellEnd"/>
      <w:r w:rsidRPr="002678C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Projesi</w:t>
      </w:r>
      <w:proofErr w:type="spellEnd"/>
      <w:r w:rsidRPr="002678C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Dersi</w:t>
      </w:r>
      <w:proofErr w:type="spellEnd"/>
    </w:p>
    <w:p w14:paraId="25F2E253" w14:textId="077704A5" w:rsidR="00D96F85" w:rsidRPr="002678C9" w:rsidRDefault="002678C9" w:rsidP="002678C9">
      <w:pPr>
        <w:pStyle w:val="KonuBal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Danışmanlık</w:t>
      </w:r>
      <w:proofErr w:type="spellEnd"/>
      <w:r w:rsidRPr="002678C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2678C9">
        <w:rPr>
          <w:rFonts w:ascii="Times New Roman" w:hAnsi="Times New Roman" w:cs="Times New Roman"/>
          <w:color w:val="auto"/>
          <w:sz w:val="28"/>
          <w:szCs w:val="28"/>
        </w:rPr>
        <w:t>Tercih</w:t>
      </w:r>
      <w:proofErr w:type="spellEnd"/>
      <w:r w:rsidRPr="002678C9">
        <w:rPr>
          <w:rFonts w:ascii="Times New Roman" w:hAnsi="Times New Roman" w:cs="Times New Roman"/>
          <w:color w:val="auto"/>
          <w:sz w:val="28"/>
          <w:szCs w:val="28"/>
        </w:rPr>
        <w:t xml:space="preserve"> Formu</w:t>
      </w:r>
    </w:p>
    <w:p w14:paraId="71E14AF6" w14:textId="77777777" w:rsidR="00D96F85" w:rsidRPr="002678C9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br/>
        <w:t>Öğrenci Bilgileri</w:t>
      </w:r>
    </w:p>
    <w:p w14:paraId="6B05C423" w14:textId="77777777" w:rsidR="00D96F85" w:rsidRPr="002678C9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t>Adı Soyadı: .............................................</w:t>
      </w:r>
    </w:p>
    <w:p w14:paraId="57426DD2" w14:textId="77777777" w:rsidR="00D96F85" w:rsidRPr="002678C9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t>Numarası: .............................................</w:t>
      </w:r>
    </w:p>
    <w:p w14:paraId="4FC000D6" w14:textId="77777777" w:rsidR="00244C38" w:rsidRDefault="00244C38">
      <w:pPr>
        <w:rPr>
          <w:rFonts w:ascii="Times New Roman" w:hAnsi="Times New Roman" w:cs="Times New Roman"/>
        </w:rPr>
      </w:pPr>
    </w:p>
    <w:p w14:paraId="3DF32E4B" w14:textId="528EEA51" w:rsidR="00D96F85" w:rsidRPr="002678C9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br/>
        <w:t>Tercih Edilen Danışmanlar</w:t>
      </w:r>
    </w:p>
    <w:p w14:paraId="3543C8BE" w14:textId="77777777" w:rsidR="00D96F85" w:rsidRPr="002678C9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t>1. Tercih: .............................................</w:t>
      </w:r>
    </w:p>
    <w:p w14:paraId="0478DE2B" w14:textId="77777777" w:rsidR="00D96F85" w:rsidRPr="002678C9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t>2. Tercih: .............................................</w:t>
      </w:r>
    </w:p>
    <w:p w14:paraId="2BEFD37E" w14:textId="77777777" w:rsidR="00D96F85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t>3. Tercih: .............................................</w:t>
      </w:r>
    </w:p>
    <w:p w14:paraId="31EAE90C" w14:textId="685E410D" w:rsidR="00130ED9" w:rsidRPr="002678C9" w:rsidRDefault="00130ED9" w:rsidP="00130E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2678C9">
        <w:rPr>
          <w:rFonts w:ascii="Times New Roman" w:hAnsi="Times New Roman" w:cs="Times New Roman"/>
        </w:rPr>
        <w:t xml:space="preserve">. </w:t>
      </w:r>
      <w:proofErr w:type="spellStart"/>
      <w:r w:rsidRPr="002678C9">
        <w:rPr>
          <w:rFonts w:ascii="Times New Roman" w:hAnsi="Times New Roman" w:cs="Times New Roman"/>
        </w:rPr>
        <w:t>Tercih</w:t>
      </w:r>
      <w:proofErr w:type="spellEnd"/>
      <w:r w:rsidRPr="002678C9">
        <w:rPr>
          <w:rFonts w:ascii="Times New Roman" w:hAnsi="Times New Roman" w:cs="Times New Roman"/>
        </w:rPr>
        <w:t>: .............................................</w:t>
      </w:r>
    </w:p>
    <w:p w14:paraId="1BFB474E" w14:textId="2B1E7016" w:rsidR="00130ED9" w:rsidRPr="002678C9" w:rsidRDefault="00130ED9" w:rsidP="00130E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2678C9">
        <w:rPr>
          <w:rFonts w:ascii="Times New Roman" w:hAnsi="Times New Roman" w:cs="Times New Roman"/>
        </w:rPr>
        <w:t xml:space="preserve">. </w:t>
      </w:r>
      <w:proofErr w:type="spellStart"/>
      <w:r w:rsidRPr="002678C9">
        <w:rPr>
          <w:rFonts w:ascii="Times New Roman" w:hAnsi="Times New Roman" w:cs="Times New Roman"/>
        </w:rPr>
        <w:t>Tercih</w:t>
      </w:r>
      <w:proofErr w:type="spellEnd"/>
      <w:r w:rsidRPr="002678C9">
        <w:rPr>
          <w:rFonts w:ascii="Times New Roman" w:hAnsi="Times New Roman" w:cs="Times New Roman"/>
        </w:rPr>
        <w:t>: .............................................</w:t>
      </w:r>
    </w:p>
    <w:p w14:paraId="7690F3EE" w14:textId="70D6E24E" w:rsidR="00130ED9" w:rsidRPr="002678C9" w:rsidRDefault="00130E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2678C9">
        <w:rPr>
          <w:rFonts w:ascii="Times New Roman" w:hAnsi="Times New Roman" w:cs="Times New Roman"/>
        </w:rPr>
        <w:t xml:space="preserve">. </w:t>
      </w:r>
      <w:proofErr w:type="spellStart"/>
      <w:r w:rsidRPr="002678C9">
        <w:rPr>
          <w:rFonts w:ascii="Times New Roman" w:hAnsi="Times New Roman" w:cs="Times New Roman"/>
        </w:rPr>
        <w:t>Tercih</w:t>
      </w:r>
      <w:proofErr w:type="spellEnd"/>
      <w:r w:rsidRPr="002678C9">
        <w:rPr>
          <w:rFonts w:ascii="Times New Roman" w:hAnsi="Times New Roman" w:cs="Times New Roman"/>
        </w:rPr>
        <w:t>: .............................................</w:t>
      </w:r>
    </w:p>
    <w:p w14:paraId="2A914145" w14:textId="673F4075" w:rsidR="00D96F85" w:rsidRPr="002678C9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br/>
      </w:r>
      <w:r w:rsidR="00217FE7">
        <w:rPr>
          <w:rFonts w:ascii="Times New Roman" w:hAnsi="Times New Roman" w:cs="Times New Roman"/>
        </w:rPr>
        <w:t xml:space="preserve">TÜBİTAK 2209 </w:t>
      </w:r>
      <w:proofErr w:type="spellStart"/>
      <w:r w:rsidRPr="002678C9">
        <w:rPr>
          <w:rFonts w:ascii="Times New Roman" w:hAnsi="Times New Roman" w:cs="Times New Roman"/>
        </w:rPr>
        <w:t>Proje</w:t>
      </w:r>
      <w:proofErr w:type="spellEnd"/>
      <w:r w:rsidRPr="002678C9">
        <w:rPr>
          <w:rFonts w:ascii="Times New Roman" w:hAnsi="Times New Roman" w:cs="Times New Roman"/>
        </w:rPr>
        <w:t xml:space="preserve"> Konusu (Varsa):</w:t>
      </w:r>
    </w:p>
    <w:p w14:paraId="2181CC42" w14:textId="77777777" w:rsidR="00D96F85" w:rsidRPr="002678C9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t>..............................................................................</w:t>
      </w:r>
    </w:p>
    <w:p w14:paraId="0B85D1CD" w14:textId="77777777" w:rsidR="00D96F85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t>..............................................................................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A67149" w14:paraId="6AAB4191" w14:textId="77777777" w:rsidTr="00A67149">
        <w:trPr>
          <w:trHeight w:val="504"/>
        </w:trPr>
        <w:tc>
          <w:tcPr>
            <w:tcW w:w="2876" w:type="dxa"/>
          </w:tcPr>
          <w:p w14:paraId="4738C3E5" w14:textId="78C29612" w:rsidR="00A67149" w:rsidRDefault="00A67149" w:rsidP="00A67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Kabul </w:t>
            </w:r>
            <w:proofErr w:type="spellStart"/>
            <w:r>
              <w:rPr>
                <w:rFonts w:ascii="Times New Roman" w:hAnsi="Times New Roman" w:cs="Times New Roman"/>
              </w:rPr>
              <w:t>Edildi</w:t>
            </w:r>
            <w:proofErr w:type="spellEnd"/>
          </w:p>
        </w:tc>
        <w:tc>
          <w:tcPr>
            <w:tcW w:w="2877" w:type="dxa"/>
          </w:tcPr>
          <w:p w14:paraId="67BFF2AB" w14:textId="29BB3D71" w:rsidR="00A67149" w:rsidRDefault="00A67149" w:rsidP="00A67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Kabul </w:t>
            </w:r>
            <w:proofErr w:type="spellStart"/>
            <w:r>
              <w:rPr>
                <w:rFonts w:ascii="Times New Roman" w:hAnsi="Times New Roman" w:cs="Times New Roman"/>
              </w:rPr>
              <w:t>Edilmedi</w:t>
            </w:r>
            <w:proofErr w:type="spellEnd"/>
          </w:p>
        </w:tc>
        <w:tc>
          <w:tcPr>
            <w:tcW w:w="2877" w:type="dxa"/>
          </w:tcPr>
          <w:p w14:paraId="49CD7917" w14:textId="527A1F7E" w:rsidR="00A67149" w:rsidRDefault="00A67149" w:rsidP="00A671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Süreç</w:t>
            </w:r>
            <w:proofErr w:type="spellEnd"/>
            <w:r>
              <w:rPr>
                <w:rFonts w:ascii="Times New Roman" w:hAnsi="Times New Roman" w:cs="Times New Roman"/>
              </w:rPr>
              <w:t xml:space="preserve"> Devam </w:t>
            </w:r>
            <w:proofErr w:type="spellStart"/>
            <w:r>
              <w:rPr>
                <w:rFonts w:ascii="Times New Roman" w:hAnsi="Times New Roman" w:cs="Times New Roman"/>
              </w:rPr>
              <w:t>Ediyor</w:t>
            </w:r>
            <w:proofErr w:type="spellEnd"/>
          </w:p>
        </w:tc>
      </w:tr>
    </w:tbl>
    <w:p w14:paraId="2C51714D" w14:textId="77777777" w:rsidR="00A67149" w:rsidRDefault="00A67149">
      <w:pPr>
        <w:rPr>
          <w:rFonts w:ascii="Times New Roman" w:hAnsi="Times New Roman" w:cs="Times New Roman"/>
        </w:rPr>
      </w:pPr>
    </w:p>
    <w:p w14:paraId="756100DA" w14:textId="77777777" w:rsidR="00210FFF" w:rsidRDefault="00210FFF">
      <w:pPr>
        <w:rPr>
          <w:rFonts w:ascii="Times New Roman" w:hAnsi="Times New Roman" w:cs="Times New Roman"/>
        </w:rPr>
      </w:pPr>
    </w:p>
    <w:p w14:paraId="27CE6670" w14:textId="77777777" w:rsidR="00D96F85" w:rsidRDefault="00000000">
      <w:pPr>
        <w:rPr>
          <w:rFonts w:ascii="Times New Roman" w:hAnsi="Times New Roman" w:cs="Times New Roman"/>
        </w:rPr>
      </w:pPr>
      <w:r w:rsidRPr="002678C9">
        <w:rPr>
          <w:rFonts w:ascii="Times New Roman" w:hAnsi="Times New Roman" w:cs="Times New Roman"/>
        </w:rPr>
        <w:br/>
        <w:t>Öğrencinin İmzası: ............................   Tarih: .....................</w:t>
      </w:r>
    </w:p>
    <w:p w14:paraId="77503163" w14:textId="11097CA7" w:rsidR="000B61F7" w:rsidRPr="002678C9" w:rsidRDefault="000B61F7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Telefon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Numarası</w:t>
      </w:r>
      <w:proofErr w:type="spellEnd"/>
      <w:r>
        <w:rPr>
          <w:rFonts w:ascii="Times New Roman" w:hAnsi="Times New Roman" w:cs="Times New Roman"/>
        </w:rPr>
        <w:t xml:space="preserve">: </w:t>
      </w:r>
      <w:r w:rsidRPr="002678C9">
        <w:rPr>
          <w:rFonts w:ascii="Times New Roman" w:hAnsi="Times New Roman" w:cs="Times New Roman"/>
        </w:rPr>
        <w:t>............................</w:t>
      </w:r>
      <w:r>
        <w:rPr>
          <w:rFonts w:ascii="Times New Roman" w:hAnsi="Times New Roman" w:cs="Times New Roman"/>
        </w:rPr>
        <w:t xml:space="preserve">    Gano: </w:t>
      </w:r>
      <w:r w:rsidRPr="002678C9">
        <w:rPr>
          <w:rFonts w:ascii="Times New Roman" w:hAnsi="Times New Roman" w:cs="Times New Roman"/>
        </w:rPr>
        <w:t>.....................</w:t>
      </w:r>
    </w:p>
    <w:p w14:paraId="58A434D8" w14:textId="25CCDDCE" w:rsidR="00D96F85" w:rsidRPr="002678C9" w:rsidRDefault="00D96F85" w:rsidP="00210FFF">
      <w:pPr>
        <w:rPr>
          <w:rFonts w:ascii="Times New Roman" w:hAnsi="Times New Roman" w:cs="Times New Roman"/>
        </w:rPr>
      </w:pPr>
    </w:p>
    <w:sectPr w:rsidR="00D96F85" w:rsidRPr="002678C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873925">
    <w:abstractNumId w:val="8"/>
  </w:num>
  <w:num w:numId="2" w16cid:durableId="171454458">
    <w:abstractNumId w:val="6"/>
  </w:num>
  <w:num w:numId="3" w16cid:durableId="1982728983">
    <w:abstractNumId w:val="5"/>
  </w:num>
  <w:num w:numId="4" w16cid:durableId="257905508">
    <w:abstractNumId w:val="4"/>
  </w:num>
  <w:num w:numId="5" w16cid:durableId="116946879">
    <w:abstractNumId w:val="7"/>
  </w:num>
  <w:num w:numId="6" w16cid:durableId="370301822">
    <w:abstractNumId w:val="3"/>
  </w:num>
  <w:num w:numId="7" w16cid:durableId="1623996846">
    <w:abstractNumId w:val="2"/>
  </w:num>
  <w:num w:numId="8" w16cid:durableId="1008025761">
    <w:abstractNumId w:val="1"/>
  </w:num>
  <w:num w:numId="9" w16cid:durableId="2112554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1F7"/>
    <w:rsid w:val="00130ED9"/>
    <w:rsid w:val="0015074B"/>
    <w:rsid w:val="001B1A3C"/>
    <w:rsid w:val="00210FFF"/>
    <w:rsid w:val="00217FE7"/>
    <w:rsid w:val="00244C38"/>
    <w:rsid w:val="002678C9"/>
    <w:rsid w:val="0029639D"/>
    <w:rsid w:val="00326F90"/>
    <w:rsid w:val="005E1222"/>
    <w:rsid w:val="00757B2B"/>
    <w:rsid w:val="00A67149"/>
    <w:rsid w:val="00A94C8D"/>
    <w:rsid w:val="00AA1D8D"/>
    <w:rsid w:val="00B23759"/>
    <w:rsid w:val="00B47730"/>
    <w:rsid w:val="00CB0664"/>
    <w:rsid w:val="00D96F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D60C7F"/>
  <w14:defaultImageDpi w14:val="300"/>
  <w15:docId w15:val="{D4F6DF6B-D988-412E-84E6-BE7E25F0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NIHAL BAKISCI</cp:lastModifiedBy>
  <cp:revision>11</cp:revision>
  <dcterms:created xsi:type="dcterms:W3CDTF">2026-04-28T10:06:00Z</dcterms:created>
  <dcterms:modified xsi:type="dcterms:W3CDTF">2026-05-18T09:24:00Z</dcterms:modified>
  <cp:category/>
</cp:coreProperties>
</file>