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A18" w:rsidRDefault="0008520B">
      <w:pPr>
        <w:spacing w:after="20"/>
        <w:jc w:val="center"/>
      </w:pPr>
      <w:r>
        <w:rPr>
          <w:b/>
          <w:sz w:val="21"/>
        </w:rPr>
        <w:t>T.C.</w:t>
      </w:r>
      <w:r>
        <w:rPr>
          <w:b/>
          <w:sz w:val="21"/>
        </w:rPr>
        <w:br/>
        <w:t>HİTİT ÜNİVERSİTESİ</w:t>
      </w:r>
      <w:r>
        <w:rPr>
          <w:b/>
          <w:sz w:val="21"/>
        </w:rPr>
        <w:br/>
        <w:t>SPOR BİLİMLERİ FAKÜLTESİ</w:t>
      </w:r>
    </w:p>
    <w:p w:rsidR="008B3A18" w:rsidRDefault="0008520B">
      <w:pPr>
        <w:spacing w:before="20" w:after="100"/>
        <w:jc w:val="center"/>
      </w:pPr>
      <w:r>
        <w:rPr>
          <w:b/>
          <w:sz w:val="26"/>
        </w:rPr>
        <w:t>ÖĞRENCİ İZİN / MAZERET TALEP FORMU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11"/>
        <w:gridCol w:w="2711"/>
        <w:gridCol w:w="2711"/>
        <w:gridCol w:w="2712"/>
      </w:tblGrid>
      <w:tr w:rsidR="008B3A18" w:rsidRPr="007050C0" w:rsidTr="007050C0">
        <w:trPr>
          <w:trHeight w:val="297"/>
          <w:jc w:val="center"/>
        </w:trPr>
        <w:tc>
          <w:tcPr>
            <w:tcW w:w="10845" w:type="dxa"/>
            <w:gridSpan w:val="4"/>
            <w:shd w:val="clear" w:color="auto" w:fill="D9E2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ÖĞRENCİ BİLGİLERİ</w:t>
            </w:r>
          </w:p>
        </w:tc>
      </w:tr>
      <w:tr w:rsidR="008B3A18" w:rsidRPr="007050C0" w:rsidTr="007050C0">
        <w:trPr>
          <w:trHeight w:val="297"/>
          <w:jc w:val="center"/>
        </w:trPr>
        <w:tc>
          <w:tcPr>
            <w:tcW w:w="2711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Adı Soyadı</w:t>
            </w:r>
          </w:p>
        </w:tc>
        <w:tc>
          <w:tcPr>
            <w:tcW w:w="271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Öğrenci No</w:t>
            </w:r>
          </w:p>
        </w:tc>
        <w:tc>
          <w:tcPr>
            <w:tcW w:w="271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279"/>
          <w:jc w:val="center"/>
        </w:trPr>
        <w:tc>
          <w:tcPr>
            <w:tcW w:w="2711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7050C0" w:rsidP="007050C0">
            <w:pPr>
              <w:rPr>
                <w:sz w:val="18"/>
                <w:szCs w:val="18"/>
              </w:rPr>
            </w:pPr>
            <w:proofErr w:type="spellStart"/>
            <w:r w:rsidRPr="007050C0">
              <w:rPr>
                <w:b/>
                <w:sz w:val="18"/>
                <w:szCs w:val="18"/>
              </w:rPr>
              <w:t>Bölüm</w:t>
            </w:r>
            <w:proofErr w:type="spellEnd"/>
          </w:p>
        </w:tc>
        <w:tc>
          <w:tcPr>
            <w:tcW w:w="271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Sınıf</w:t>
            </w:r>
          </w:p>
        </w:tc>
        <w:tc>
          <w:tcPr>
            <w:tcW w:w="271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297"/>
          <w:jc w:val="center"/>
        </w:trPr>
        <w:tc>
          <w:tcPr>
            <w:tcW w:w="2711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Telefon / E-posta</w:t>
            </w:r>
          </w:p>
        </w:tc>
        <w:tc>
          <w:tcPr>
            <w:tcW w:w="8133" w:type="dxa"/>
            <w:gridSpan w:val="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</w:tbl>
    <w:p w:rsidR="008B3A18" w:rsidRPr="007050C0" w:rsidRDefault="008B3A18">
      <w:pPr>
        <w:spacing w:after="0"/>
        <w:rPr>
          <w:sz w:val="18"/>
          <w:szCs w:val="18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987"/>
      </w:tblGrid>
      <w:tr w:rsidR="008B3A18" w:rsidRPr="007050C0">
        <w:trPr>
          <w:jc w:val="center"/>
        </w:trPr>
        <w:tc>
          <w:tcPr>
            <w:tcW w:w="10822" w:type="dxa"/>
            <w:gridSpan w:val="2"/>
            <w:shd w:val="clear" w:color="auto" w:fill="D9E2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İZİN / MAZERET BİLGİLERİ</w:t>
            </w:r>
          </w:p>
        </w:tc>
      </w:tr>
      <w:tr w:rsidR="008B3A18" w:rsidRPr="007050C0" w:rsidTr="007050C0">
        <w:trPr>
          <w:jc w:val="center"/>
        </w:trPr>
        <w:tc>
          <w:tcPr>
            <w:tcW w:w="2835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İzin / Mazeret Tarih Aralığı</w:t>
            </w:r>
          </w:p>
        </w:tc>
        <w:tc>
          <w:tcPr>
            <w:tcW w:w="79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 xml:space="preserve">Başlangıç: .... / .... / 20....     </w:t>
            </w:r>
            <w:r w:rsidR="007050C0" w:rsidRPr="007050C0">
              <w:rPr>
                <w:sz w:val="18"/>
                <w:szCs w:val="18"/>
              </w:rPr>
              <w:t xml:space="preserve">                      </w:t>
            </w:r>
            <w:proofErr w:type="spellStart"/>
            <w:r w:rsidRPr="007050C0">
              <w:rPr>
                <w:sz w:val="18"/>
                <w:szCs w:val="18"/>
              </w:rPr>
              <w:t>Bitiş</w:t>
            </w:r>
            <w:proofErr w:type="spellEnd"/>
            <w:r w:rsidRPr="007050C0">
              <w:rPr>
                <w:sz w:val="18"/>
                <w:szCs w:val="18"/>
              </w:rPr>
              <w:t>: .... / .... / 20....</w:t>
            </w:r>
          </w:p>
        </w:tc>
      </w:tr>
      <w:tr w:rsidR="008B3A18" w:rsidRPr="007050C0" w:rsidTr="007050C0">
        <w:trPr>
          <w:jc w:val="center"/>
        </w:trPr>
        <w:tc>
          <w:tcPr>
            <w:tcW w:w="2835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Mazeret / İzin Türü</w:t>
            </w:r>
          </w:p>
        </w:tc>
        <w:tc>
          <w:tcPr>
            <w:tcW w:w="79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☐ Sağlık   ☐ Resmî Görevlendirme / Valilik Oluru   ☐ Sportif Faaliyet   ☐ Diğer: ........................</w:t>
            </w:r>
          </w:p>
        </w:tc>
      </w:tr>
      <w:tr w:rsidR="008B3A18" w:rsidRPr="007050C0" w:rsidTr="007050C0">
        <w:trPr>
          <w:jc w:val="center"/>
        </w:trPr>
        <w:tc>
          <w:tcPr>
            <w:tcW w:w="2835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Dayanak Belge</w:t>
            </w:r>
          </w:p>
        </w:tc>
        <w:tc>
          <w:tcPr>
            <w:tcW w:w="79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☐ Eklenmiştir     Belgenin Türü / Açıklaması: ........................................................</w:t>
            </w:r>
          </w:p>
        </w:tc>
      </w:tr>
      <w:tr w:rsidR="008B3A18" w:rsidRPr="007050C0" w:rsidTr="007050C0">
        <w:trPr>
          <w:jc w:val="center"/>
        </w:trPr>
        <w:tc>
          <w:tcPr>
            <w:tcW w:w="2835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Mazeretin Kısa Açıklaması</w:t>
            </w:r>
          </w:p>
        </w:tc>
        <w:tc>
          <w:tcPr>
            <w:tcW w:w="798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br/>
            </w:r>
          </w:p>
        </w:tc>
      </w:tr>
    </w:tbl>
    <w:p w:rsidR="008B3A18" w:rsidRPr="007050C0" w:rsidRDefault="008B3A18">
      <w:pPr>
        <w:spacing w:after="0"/>
        <w:rPr>
          <w:sz w:val="18"/>
          <w:szCs w:val="18"/>
        </w:rPr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0"/>
        <w:gridCol w:w="1080"/>
        <w:gridCol w:w="2763"/>
        <w:gridCol w:w="3004"/>
        <w:gridCol w:w="3544"/>
      </w:tblGrid>
      <w:tr w:rsidR="008B3A18" w:rsidRPr="007050C0" w:rsidTr="007050C0">
        <w:trPr>
          <w:trHeight w:val="169"/>
          <w:jc w:val="center"/>
        </w:trPr>
        <w:tc>
          <w:tcPr>
            <w:tcW w:w="420" w:type="dxa"/>
            <w:shd w:val="clear" w:color="auto" w:fill="D9E2F3"/>
            <w:tcMar>
              <w:top w:w="60" w:type="dxa"/>
              <w:left w:w="35" w:type="dxa"/>
              <w:bottom w:w="60" w:type="dxa"/>
              <w:right w:w="35" w:type="dxa"/>
            </w:tcMar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proofErr w:type="spellStart"/>
            <w:r w:rsidRPr="007050C0">
              <w:rPr>
                <w:b/>
                <w:sz w:val="18"/>
                <w:szCs w:val="18"/>
              </w:rPr>
              <w:t>Sıra</w:t>
            </w:r>
            <w:proofErr w:type="spellEnd"/>
          </w:p>
        </w:tc>
        <w:tc>
          <w:tcPr>
            <w:tcW w:w="1080" w:type="dxa"/>
            <w:shd w:val="clear" w:color="auto" w:fill="D9E2F3"/>
            <w:tcMar>
              <w:top w:w="60" w:type="dxa"/>
              <w:left w:w="35" w:type="dxa"/>
              <w:bottom w:w="60" w:type="dxa"/>
              <w:right w:w="35" w:type="dxa"/>
            </w:tcMar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2763" w:type="dxa"/>
            <w:shd w:val="clear" w:color="auto" w:fill="D9E2F3"/>
            <w:tcMar>
              <w:top w:w="60" w:type="dxa"/>
              <w:left w:w="35" w:type="dxa"/>
              <w:bottom w:w="60" w:type="dxa"/>
              <w:right w:w="35" w:type="dxa"/>
            </w:tcMar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Dersin Adı</w:t>
            </w:r>
          </w:p>
        </w:tc>
        <w:tc>
          <w:tcPr>
            <w:tcW w:w="3004" w:type="dxa"/>
            <w:shd w:val="clear" w:color="auto" w:fill="D9E2F3"/>
            <w:tcMar>
              <w:top w:w="60" w:type="dxa"/>
              <w:left w:w="35" w:type="dxa"/>
              <w:bottom w:w="60" w:type="dxa"/>
              <w:right w:w="35" w:type="dxa"/>
            </w:tcMar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b/>
                <w:sz w:val="18"/>
                <w:szCs w:val="18"/>
              </w:rPr>
              <w:t>Dersi Veren Öğretim Elemanı</w:t>
            </w:r>
          </w:p>
        </w:tc>
        <w:tc>
          <w:tcPr>
            <w:tcW w:w="3544" w:type="dxa"/>
            <w:shd w:val="clear" w:color="auto" w:fill="D9E2F3"/>
            <w:tcMar>
              <w:top w:w="60" w:type="dxa"/>
              <w:left w:w="35" w:type="dxa"/>
              <w:bottom w:w="60" w:type="dxa"/>
              <w:right w:w="35" w:type="dxa"/>
            </w:tcMar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proofErr w:type="spellStart"/>
            <w:r w:rsidRPr="007050C0">
              <w:rPr>
                <w:b/>
                <w:sz w:val="18"/>
                <w:szCs w:val="18"/>
              </w:rPr>
              <w:t>İzinli</w:t>
            </w:r>
            <w:proofErr w:type="spellEnd"/>
            <w:r w:rsidRPr="007050C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050C0">
              <w:rPr>
                <w:b/>
                <w:sz w:val="18"/>
                <w:szCs w:val="18"/>
              </w:rPr>
              <w:t>Sayılmak</w:t>
            </w:r>
            <w:proofErr w:type="spellEnd"/>
            <w:r w:rsidRPr="007050C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050C0">
              <w:rPr>
                <w:b/>
                <w:sz w:val="18"/>
                <w:szCs w:val="18"/>
              </w:rPr>
              <w:t>İstenen</w:t>
            </w:r>
            <w:proofErr w:type="spellEnd"/>
            <w:r w:rsidRPr="007050C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050C0">
              <w:rPr>
                <w:b/>
                <w:sz w:val="18"/>
                <w:szCs w:val="18"/>
              </w:rPr>
              <w:t>Tarih</w:t>
            </w:r>
            <w:proofErr w:type="spellEnd"/>
            <w:r w:rsidRPr="007050C0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7050C0">
              <w:rPr>
                <w:b/>
                <w:sz w:val="18"/>
                <w:szCs w:val="18"/>
              </w:rPr>
              <w:t>Tarih</w:t>
            </w:r>
            <w:proofErr w:type="spellEnd"/>
            <w:r w:rsidRPr="007050C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050C0">
              <w:rPr>
                <w:b/>
                <w:sz w:val="18"/>
                <w:szCs w:val="18"/>
              </w:rPr>
              <w:t>Aralığı</w:t>
            </w:r>
            <w:proofErr w:type="spellEnd"/>
          </w:p>
        </w:tc>
      </w:tr>
      <w:tr w:rsidR="008B3A18" w:rsidRPr="007050C0" w:rsidTr="007050C0">
        <w:trPr>
          <w:trHeight w:val="208"/>
          <w:jc w:val="center"/>
        </w:trPr>
        <w:tc>
          <w:tcPr>
            <w:tcW w:w="42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1</w:t>
            </w:r>
          </w:p>
        </w:tc>
        <w:tc>
          <w:tcPr>
            <w:tcW w:w="108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63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196"/>
          <w:jc w:val="center"/>
        </w:trPr>
        <w:tc>
          <w:tcPr>
            <w:tcW w:w="42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2</w:t>
            </w:r>
          </w:p>
        </w:tc>
        <w:tc>
          <w:tcPr>
            <w:tcW w:w="108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63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208"/>
          <w:jc w:val="center"/>
        </w:trPr>
        <w:tc>
          <w:tcPr>
            <w:tcW w:w="42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3</w:t>
            </w:r>
          </w:p>
        </w:tc>
        <w:tc>
          <w:tcPr>
            <w:tcW w:w="108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63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196"/>
          <w:jc w:val="center"/>
        </w:trPr>
        <w:tc>
          <w:tcPr>
            <w:tcW w:w="42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4</w:t>
            </w:r>
          </w:p>
        </w:tc>
        <w:tc>
          <w:tcPr>
            <w:tcW w:w="108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63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208"/>
          <w:jc w:val="center"/>
        </w:trPr>
        <w:tc>
          <w:tcPr>
            <w:tcW w:w="42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63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208"/>
          <w:jc w:val="center"/>
        </w:trPr>
        <w:tc>
          <w:tcPr>
            <w:tcW w:w="42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6</w:t>
            </w:r>
          </w:p>
        </w:tc>
        <w:tc>
          <w:tcPr>
            <w:tcW w:w="108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63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196"/>
          <w:jc w:val="center"/>
        </w:trPr>
        <w:tc>
          <w:tcPr>
            <w:tcW w:w="42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7</w:t>
            </w:r>
          </w:p>
        </w:tc>
        <w:tc>
          <w:tcPr>
            <w:tcW w:w="108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63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  <w:tr w:rsidR="008B3A18" w:rsidRPr="007050C0" w:rsidTr="007050C0">
        <w:trPr>
          <w:trHeight w:val="222"/>
          <w:jc w:val="center"/>
        </w:trPr>
        <w:tc>
          <w:tcPr>
            <w:tcW w:w="42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18"/>
                <w:szCs w:val="18"/>
              </w:rPr>
            </w:pPr>
            <w:r w:rsidRPr="007050C0">
              <w:rPr>
                <w:sz w:val="18"/>
                <w:szCs w:val="18"/>
              </w:rPr>
              <w:t>8</w:t>
            </w:r>
          </w:p>
        </w:tc>
        <w:tc>
          <w:tcPr>
            <w:tcW w:w="1080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2763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00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  <w:tcMar>
              <w:top w:w="95" w:type="dxa"/>
              <w:left w:w="35" w:type="dxa"/>
              <w:bottom w:w="95" w:type="dxa"/>
              <w:right w:w="35" w:type="dxa"/>
            </w:tcMar>
            <w:vAlign w:val="center"/>
          </w:tcPr>
          <w:p w:rsidR="008B3A18" w:rsidRPr="007050C0" w:rsidRDefault="008B3A18">
            <w:pPr>
              <w:rPr>
                <w:sz w:val="18"/>
                <w:szCs w:val="18"/>
              </w:rPr>
            </w:pPr>
          </w:p>
        </w:tc>
      </w:tr>
    </w:tbl>
    <w:p w:rsidR="008B3A18" w:rsidRPr="007050C0" w:rsidRDefault="0008520B">
      <w:pPr>
        <w:spacing w:before="100" w:after="40"/>
        <w:rPr>
          <w:sz w:val="18"/>
        </w:rPr>
      </w:pPr>
      <w:proofErr w:type="spellStart"/>
      <w:r w:rsidRPr="007050C0">
        <w:rPr>
          <w:b/>
          <w:sz w:val="18"/>
        </w:rPr>
        <w:t>Öğrenci</w:t>
      </w:r>
      <w:proofErr w:type="spellEnd"/>
      <w:r w:rsidRPr="007050C0">
        <w:rPr>
          <w:b/>
          <w:sz w:val="18"/>
        </w:rPr>
        <w:t xml:space="preserve"> </w:t>
      </w:r>
      <w:proofErr w:type="spellStart"/>
      <w:r w:rsidRPr="007050C0">
        <w:rPr>
          <w:b/>
          <w:sz w:val="18"/>
        </w:rPr>
        <w:t>Beyanı</w:t>
      </w:r>
      <w:proofErr w:type="spellEnd"/>
      <w:r w:rsidRPr="007050C0">
        <w:rPr>
          <w:b/>
          <w:sz w:val="18"/>
        </w:rPr>
        <w:t xml:space="preserve">: </w:t>
      </w:r>
      <w:proofErr w:type="spellStart"/>
      <w:r w:rsidRPr="007050C0">
        <w:rPr>
          <w:sz w:val="18"/>
        </w:rPr>
        <w:t>Yukarıda</w:t>
      </w:r>
      <w:proofErr w:type="spellEnd"/>
      <w:r w:rsidRPr="007050C0">
        <w:rPr>
          <w:sz w:val="18"/>
        </w:rPr>
        <w:t xml:space="preserve"> </w:t>
      </w:r>
      <w:proofErr w:type="spellStart"/>
      <w:r w:rsidRPr="007050C0">
        <w:rPr>
          <w:sz w:val="18"/>
        </w:rPr>
        <w:t>belirttiğim</w:t>
      </w:r>
      <w:proofErr w:type="spellEnd"/>
      <w:r w:rsidRPr="007050C0">
        <w:rPr>
          <w:sz w:val="18"/>
        </w:rPr>
        <w:t xml:space="preserve"> tarih/tarihlerde, tabloda yer alan derslerden izinli/mazeretli sayılmam hususunda gereğini arz ederim. </w:t>
      </w:r>
      <w:proofErr w:type="spellStart"/>
      <w:r w:rsidRPr="007050C0">
        <w:rPr>
          <w:sz w:val="18"/>
        </w:rPr>
        <w:t>Talebime</w:t>
      </w:r>
      <w:proofErr w:type="spellEnd"/>
      <w:r w:rsidRPr="007050C0">
        <w:rPr>
          <w:sz w:val="18"/>
        </w:rPr>
        <w:t xml:space="preserve"> </w:t>
      </w:r>
      <w:proofErr w:type="spellStart"/>
      <w:r w:rsidRPr="007050C0">
        <w:rPr>
          <w:sz w:val="18"/>
        </w:rPr>
        <w:t>ilişkin</w:t>
      </w:r>
      <w:proofErr w:type="spellEnd"/>
      <w:r w:rsidRPr="007050C0">
        <w:rPr>
          <w:sz w:val="18"/>
        </w:rPr>
        <w:t xml:space="preserve"> </w:t>
      </w:r>
      <w:proofErr w:type="spellStart"/>
      <w:r w:rsidRPr="007050C0">
        <w:rPr>
          <w:sz w:val="18"/>
        </w:rPr>
        <w:t>dayanak</w:t>
      </w:r>
      <w:proofErr w:type="spellEnd"/>
      <w:r w:rsidRPr="007050C0">
        <w:rPr>
          <w:sz w:val="18"/>
        </w:rPr>
        <w:t xml:space="preserve"> </w:t>
      </w:r>
      <w:proofErr w:type="spellStart"/>
      <w:r w:rsidRPr="007050C0">
        <w:rPr>
          <w:sz w:val="18"/>
        </w:rPr>
        <w:t>belgeyi</w:t>
      </w:r>
      <w:proofErr w:type="spellEnd"/>
      <w:r w:rsidRPr="007050C0">
        <w:rPr>
          <w:sz w:val="18"/>
        </w:rPr>
        <w:t xml:space="preserve"> form </w:t>
      </w:r>
      <w:proofErr w:type="spellStart"/>
      <w:r w:rsidRPr="007050C0">
        <w:rPr>
          <w:sz w:val="18"/>
        </w:rPr>
        <w:t>ekinde</w:t>
      </w:r>
      <w:proofErr w:type="spellEnd"/>
      <w:r w:rsidRPr="007050C0">
        <w:rPr>
          <w:sz w:val="18"/>
        </w:rPr>
        <w:t xml:space="preserve"> </w:t>
      </w:r>
      <w:proofErr w:type="spellStart"/>
      <w:r w:rsidRPr="007050C0">
        <w:rPr>
          <w:sz w:val="18"/>
        </w:rPr>
        <w:t>sunuyorum</w:t>
      </w:r>
      <w:proofErr w:type="spellEnd"/>
      <w:r w:rsidRPr="007050C0">
        <w:rPr>
          <w:sz w:val="18"/>
        </w:rPr>
        <w:t>.</w:t>
      </w:r>
    </w:p>
    <w:p w:rsidR="007050C0" w:rsidRDefault="007050C0">
      <w:pPr>
        <w:spacing w:before="100"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607"/>
        <w:gridCol w:w="3607"/>
      </w:tblGrid>
      <w:tr w:rsidR="008B3A18">
        <w:trPr>
          <w:jc w:val="center"/>
        </w:trPr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8B3A18" w:rsidRPr="007050C0" w:rsidRDefault="0008520B">
            <w:pPr>
              <w:jc w:val="center"/>
              <w:rPr>
                <w:sz w:val="20"/>
              </w:rPr>
            </w:pPr>
            <w:r w:rsidRPr="007050C0">
              <w:rPr>
                <w:sz w:val="20"/>
              </w:rPr>
              <w:t>Tarih</w:t>
            </w:r>
            <w:r w:rsidRPr="007050C0">
              <w:rPr>
                <w:sz w:val="20"/>
              </w:rPr>
              <w:br/>
              <w:t>.... / .... / 20....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8B3A18" w:rsidRPr="007050C0" w:rsidRDefault="0008520B">
            <w:pPr>
              <w:jc w:val="center"/>
              <w:rPr>
                <w:sz w:val="20"/>
              </w:rPr>
            </w:pPr>
            <w:r w:rsidRPr="007050C0">
              <w:rPr>
                <w:sz w:val="20"/>
              </w:rPr>
              <w:t>Öğrencinin Adı Soyadı</w:t>
            </w:r>
            <w:r w:rsidRPr="007050C0">
              <w:rPr>
                <w:sz w:val="20"/>
              </w:rPr>
              <w:br/>
              <w:t>................................................</w:t>
            </w: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nil"/>
            </w:tcBorders>
          </w:tcPr>
          <w:p w:rsidR="008B3A18" w:rsidRPr="007050C0" w:rsidRDefault="0008520B">
            <w:pPr>
              <w:jc w:val="center"/>
              <w:rPr>
                <w:sz w:val="20"/>
              </w:rPr>
            </w:pPr>
            <w:r w:rsidRPr="007050C0">
              <w:rPr>
                <w:sz w:val="20"/>
              </w:rPr>
              <w:t>İmza</w:t>
            </w:r>
            <w:r w:rsidRPr="007050C0">
              <w:rPr>
                <w:sz w:val="20"/>
              </w:rPr>
              <w:br/>
            </w:r>
            <w:r w:rsidRPr="007050C0">
              <w:rPr>
                <w:sz w:val="20"/>
              </w:rPr>
              <w:br/>
              <w:t>........................</w:t>
            </w:r>
          </w:p>
        </w:tc>
      </w:tr>
    </w:tbl>
    <w:tbl>
      <w:tblPr>
        <w:tblStyle w:val="TabloKlavuzu"/>
        <w:tblW w:w="11097" w:type="dxa"/>
        <w:jc w:val="center"/>
        <w:tblLook w:val="04A0" w:firstRow="1" w:lastRow="0" w:firstColumn="1" w:lastColumn="0" w:noHBand="0" w:noVBand="1"/>
      </w:tblPr>
      <w:tblGrid>
        <w:gridCol w:w="2690"/>
        <w:gridCol w:w="8407"/>
      </w:tblGrid>
      <w:tr w:rsidR="008B3A18" w:rsidTr="007050C0">
        <w:trPr>
          <w:trHeight w:val="283"/>
          <w:jc w:val="center"/>
        </w:trPr>
        <w:tc>
          <w:tcPr>
            <w:tcW w:w="11097" w:type="dxa"/>
            <w:gridSpan w:val="2"/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jc w:val="center"/>
              <w:rPr>
                <w:sz w:val="20"/>
              </w:rPr>
            </w:pPr>
            <w:r w:rsidRPr="007050C0">
              <w:rPr>
                <w:b/>
                <w:sz w:val="20"/>
              </w:rPr>
              <w:t>BÖLÜM BAŞKANLIĞI DEĞERLENDİRMESİ</w:t>
            </w:r>
          </w:p>
        </w:tc>
      </w:tr>
      <w:tr w:rsidR="008B3A18" w:rsidTr="007050C0">
        <w:trPr>
          <w:trHeight w:val="321"/>
          <w:jc w:val="center"/>
        </w:trPr>
        <w:tc>
          <w:tcPr>
            <w:tcW w:w="2690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20"/>
              </w:rPr>
            </w:pPr>
            <w:proofErr w:type="spellStart"/>
            <w:r w:rsidRPr="007050C0">
              <w:rPr>
                <w:b/>
                <w:sz w:val="20"/>
              </w:rPr>
              <w:t>Değerlendirme</w:t>
            </w:r>
            <w:proofErr w:type="spellEnd"/>
          </w:p>
        </w:tc>
        <w:tc>
          <w:tcPr>
            <w:tcW w:w="840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 w:rsidP="0008520B">
            <w:pPr>
              <w:rPr>
                <w:sz w:val="20"/>
              </w:rPr>
            </w:pPr>
            <w:r w:rsidRPr="007050C0">
              <w:rPr>
                <w:rFonts w:ascii="Segoe UI Symbol" w:hAnsi="Segoe UI Symbol" w:cs="Segoe UI Symbol"/>
                <w:sz w:val="20"/>
              </w:rPr>
              <w:t>☐</w:t>
            </w:r>
            <w:r w:rsidRPr="007050C0">
              <w:rPr>
                <w:sz w:val="20"/>
              </w:rPr>
              <w:t xml:space="preserve"> </w:t>
            </w:r>
            <w:proofErr w:type="spellStart"/>
            <w:r w:rsidRPr="007050C0">
              <w:rPr>
                <w:sz w:val="20"/>
              </w:rPr>
              <w:t>Uygundur</w:t>
            </w:r>
            <w:proofErr w:type="spellEnd"/>
            <w:r w:rsidRPr="007050C0">
              <w:rPr>
                <w:sz w:val="20"/>
              </w:rPr>
              <w:t xml:space="preserve">                           </w:t>
            </w:r>
            <w:r w:rsidRPr="007050C0">
              <w:rPr>
                <w:rFonts w:ascii="Segoe UI Symbol" w:hAnsi="Segoe UI Symbol" w:cs="Segoe UI Symbol"/>
                <w:sz w:val="20"/>
              </w:rPr>
              <w:t>☐</w:t>
            </w:r>
            <w:r w:rsidRPr="007050C0">
              <w:rPr>
                <w:sz w:val="20"/>
              </w:rPr>
              <w:t xml:space="preserve"> </w:t>
            </w:r>
            <w:proofErr w:type="spellStart"/>
            <w:r w:rsidRPr="007050C0">
              <w:rPr>
                <w:sz w:val="20"/>
              </w:rPr>
              <w:t>Uygun</w:t>
            </w:r>
            <w:proofErr w:type="spellEnd"/>
            <w:r w:rsidRPr="007050C0">
              <w:rPr>
                <w:sz w:val="20"/>
              </w:rPr>
              <w:t xml:space="preserve"> </w:t>
            </w:r>
            <w:proofErr w:type="spellStart"/>
            <w:r w:rsidRPr="007050C0">
              <w:rPr>
                <w:sz w:val="20"/>
              </w:rPr>
              <w:t>De</w:t>
            </w:r>
            <w:r w:rsidRPr="007050C0">
              <w:rPr>
                <w:rFonts w:cs="Arial"/>
                <w:sz w:val="20"/>
              </w:rPr>
              <w:t>ğ</w:t>
            </w:r>
            <w:r w:rsidRPr="007050C0">
              <w:rPr>
                <w:sz w:val="20"/>
              </w:rPr>
              <w:t>ildir</w:t>
            </w:r>
            <w:proofErr w:type="spellEnd"/>
            <w:r w:rsidRPr="007050C0">
              <w:rPr>
                <w:sz w:val="20"/>
              </w:rPr>
              <w:t xml:space="preserve">     </w:t>
            </w:r>
          </w:p>
        </w:tc>
      </w:tr>
      <w:tr w:rsidR="008B3A18" w:rsidTr="007050C0">
        <w:trPr>
          <w:trHeight w:val="281"/>
          <w:jc w:val="center"/>
        </w:trPr>
        <w:tc>
          <w:tcPr>
            <w:tcW w:w="2690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20"/>
              </w:rPr>
            </w:pPr>
            <w:proofErr w:type="spellStart"/>
            <w:r w:rsidRPr="007050C0">
              <w:rPr>
                <w:b/>
                <w:sz w:val="20"/>
              </w:rPr>
              <w:t>Açıklama</w:t>
            </w:r>
            <w:proofErr w:type="spellEnd"/>
          </w:p>
        </w:tc>
        <w:tc>
          <w:tcPr>
            <w:tcW w:w="840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20"/>
              </w:rPr>
            </w:pPr>
            <w:r w:rsidRPr="007050C0">
              <w:rPr>
                <w:sz w:val="20"/>
              </w:rPr>
              <w:br/>
            </w:r>
          </w:p>
        </w:tc>
      </w:tr>
      <w:tr w:rsidR="008B3A18" w:rsidTr="007050C0">
        <w:trPr>
          <w:trHeight w:val="547"/>
          <w:jc w:val="center"/>
        </w:trPr>
        <w:tc>
          <w:tcPr>
            <w:tcW w:w="2690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08520B">
            <w:pPr>
              <w:rPr>
                <w:sz w:val="20"/>
              </w:rPr>
            </w:pPr>
            <w:proofErr w:type="spellStart"/>
            <w:r w:rsidRPr="007050C0">
              <w:rPr>
                <w:b/>
                <w:sz w:val="20"/>
              </w:rPr>
              <w:t>Bölüm</w:t>
            </w:r>
            <w:proofErr w:type="spellEnd"/>
            <w:r w:rsidRPr="007050C0">
              <w:rPr>
                <w:b/>
                <w:sz w:val="20"/>
              </w:rPr>
              <w:t xml:space="preserve"> </w:t>
            </w:r>
            <w:proofErr w:type="spellStart"/>
            <w:r w:rsidRPr="007050C0">
              <w:rPr>
                <w:b/>
                <w:sz w:val="20"/>
              </w:rPr>
              <w:t>Başkanı</w:t>
            </w:r>
            <w:proofErr w:type="spellEnd"/>
          </w:p>
        </w:tc>
        <w:tc>
          <w:tcPr>
            <w:tcW w:w="8407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8B3A18" w:rsidRPr="007050C0" w:rsidRDefault="007050C0" w:rsidP="007050C0">
            <w:pPr>
              <w:rPr>
                <w:sz w:val="20"/>
              </w:rPr>
            </w:pPr>
            <w:proofErr w:type="spellStart"/>
            <w:r w:rsidRPr="007050C0">
              <w:rPr>
                <w:sz w:val="20"/>
              </w:rPr>
              <w:t>Unvanı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Adı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Soyadı</w:t>
            </w:r>
            <w:proofErr w:type="spellEnd"/>
            <w:r w:rsidR="0008520B" w:rsidRPr="007050C0">
              <w:rPr>
                <w:sz w:val="20"/>
              </w:rPr>
              <w:t>: ............................................................</w:t>
            </w:r>
            <w:r w:rsidR="0008520B" w:rsidRPr="007050C0">
              <w:rPr>
                <w:sz w:val="20"/>
              </w:rPr>
              <w:br/>
              <w:t xml:space="preserve">Tarih: .... / .... / 20....      </w:t>
            </w:r>
            <w:r>
              <w:rPr>
                <w:sz w:val="20"/>
              </w:rPr>
              <w:t xml:space="preserve">                                                              </w:t>
            </w:r>
            <w:proofErr w:type="spellStart"/>
            <w:r w:rsidR="0008520B" w:rsidRPr="007050C0">
              <w:rPr>
                <w:sz w:val="20"/>
              </w:rPr>
              <w:t>İmza</w:t>
            </w:r>
            <w:proofErr w:type="spellEnd"/>
            <w:r w:rsidR="0008520B" w:rsidRPr="007050C0">
              <w:rPr>
                <w:sz w:val="20"/>
              </w:rPr>
              <w:t>: ........................</w:t>
            </w:r>
          </w:p>
        </w:tc>
      </w:tr>
    </w:tbl>
    <w:p w:rsidR="007050C0" w:rsidRDefault="007050C0" w:rsidP="0008520B">
      <w:pPr>
        <w:spacing w:before="80" w:after="0"/>
        <w:jc w:val="both"/>
        <w:rPr>
          <w:b/>
          <w:sz w:val="15"/>
        </w:rPr>
      </w:pPr>
    </w:p>
    <w:p w:rsidR="008B3A18" w:rsidRDefault="0008520B" w:rsidP="0008520B">
      <w:pPr>
        <w:spacing w:before="80" w:after="0"/>
        <w:jc w:val="both"/>
      </w:pPr>
      <w:r>
        <w:rPr>
          <w:b/>
          <w:sz w:val="15"/>
        </w:rPr>
        <w:t xml:space="preserve">Not: </w:t>
      </w:r>
      <w:r>
        <w:rPr>
          <w:i/>
          <w:sz w:val="15"/>
        </w:rPr>
        <w:t xml:space="preserve">Her </w:t>
      </w:r>
      <w:proofErr w:type="spellStart"/>
      <w:r>
        <w:rPr>
          <w:i/>
          <w:sz w:val="15"/>
        </w:rPr>
        <w:t>izin</w:t>
      </w:r>
      <w:proofErr w:type="spellEnd"/>
      <w:r>
        <w:rPr>
          <w:i/>
          <w:sz w:val="15"/>
        </w:rPr>
        <w:t>/</w:t>
      </w:r>
      <w:proofErr w:type="spellStart"/>
      <w:r>
        <w:rPr>
          <w:i/>
          <w:sz w:val="15"/>
        </w:rPr>
        <w:t>mazeret</w:t>
      </w:r>
      <w:proofErr w:type="spellEnd"/>
      <w:r>
        <w:rPr>
          <w:i/>
          <w:sz w:val="15"/>
        </w:rPr>
        <w:t xml:space="preserve"> </w:t>
      </w:r>
      <w:proofErr w:type="spellStart"/>
      <w:r>
        <w:rPr>
          <w:i/>
          <w:sz w:val="15"/>
        </w:rPr>
        <w:t>talebi</w:t>
      </w:r>
      <w:proofErr w:type="spellEnd"/>
      <w:r>
        <w:rPr>
          <w:i/>
          <w:sz w:val="15"/>
        </w:rPr>
        <w:t xml:space="preserve"> için dayanak belgenin forma eklenmesi gerekir. Öğrenci, izinli/mazeretli sayılmayı talep ettiği derslerin tamamını tabloda ayrı ayrı belirtmelidir.</w:t>
      </w:r>
      <w:bookmarkStart w:id="0" w:name="_GoBack"/>
      <w:bookmarkEnd w:id="0"/>
    </w:p>
    <w:sectPr w:rsidR="008B3A18" w:rsidSect="00034616">
      <w:pgSz w:w="12240" w:h="15840"/>
      <w:pgMar w:top="709" w:right="709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520B"/>
    <w:rsid w:val="0015074B"/>
    <w:rsid w:val="0029639D"/>
    <w:rsid w:val="00326F90"/>
    <w:rsid w:val="007050C0"/>
    <w:rsid w:val="008B3A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9444F"/>
  <w14:defaultImageDpi w14:val="300"/>
  <w15:docId w15:val="{8F686B3A-0AD1-4843-B6C1-6E656B91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1ACC8F-4810-4A77-B7B6-C8B801EFF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Hakem A</cp:lastModifiedBy>
  <cp:revision>3</cp:revision>
  <dcterms:created xsi:type="dcterms:W3CDTF">2013-12-23T23:15:00Z</dcterms:created>
  <dcterms:modified xsi:type="dcterms:W3CDTF">2026-09-14T10:25:00Z</dcterms:modified>
  <cp:category/>
</cp:coreProperties>
</file>